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POLÍTICA DE TRATAMENTO DE DADOS PESSOAIS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[PD-___]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Objetivo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empresa informa como coleta, usa, armazena e protege os dados pessoais de clientes, fornecedores, colaboradores e visitantes, e como cada titular pode exercer seus direitos sobre essa informação.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Abrangência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[Aplica-se a todos os dados pessoais tratados pela empresa em qualquer meio: físico, digital, e-mail, formulários, câmeras e sistemas.]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Definições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[Titular: pessoa a quem pertencem os dados]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[Dado pessoal: informação que identifica ou pode identificar uma pessoa]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[Dado sensível: informação que afeta a privacidade, como saúde ou dados biométricos]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[Tratamento: qualquer uso do dado (coleta, armazenamento, uso, circulação, exclusão)]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[Operador: terceiro que trata dados em nome da empresa]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Princípios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Finalidade: os dados são usados apenas para o propósito informado ao titular.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Necessidade: coleta-se somente o indispensável.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Veracidade: mantêm-se atualizados e são corrigidos quando solicitado.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Segurança: são protegidos com medidas técnicas e humanas.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Confidencialidade: só acessa quem precisa dos dados para o seu trabalho.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Transparência: o titular sabe para que seus dados são usados.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Finalidades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[Gestão comercial, faturamento e cobrança]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[Atendimento de solicitações, queixas e reclamações]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[Seleção de pessoal e gestão da relação de trabalho]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[Segurança de pessoas e bens por meio de câmeras]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[Envio de informação comercial, se o titular autorizou]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Direitos do titular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Conhecer quais dados a empresa possui e para que são usados.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Atualizar e corrigir informações incorretas.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Solicitar comprovação da autorização concedida.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Solicitar a exclusão quando não houver dever de conservar.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Revogar a autorização e opor-se a um uso determinado.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Apresentar reclamações à empresa ou à autoridade de proteção de dados.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Como exercer os direitos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Canal para exercer os direitos (e-mail, endereço ou formulário)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Prazo de resposta prometido ([número] dias úteis)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por atender as solicitações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Medidas de segurança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Acesso restrito por usuário e senha.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Cópia de segurança e controle de quem consulta a informação.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Mesas e arquivos fechados fora do horário de trabalho.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Compromisso de confidencialidade assinado pela equipe.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Destruição segura de documentos que não são mais necessários.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Operadores e terceiros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Operadores ou terceiros que tratam dados (contador, folha de pagamento, hospedagem, transportadora)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Há transferência de dados para fora do país? (Sim / Não / Detalhe)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Vigência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pelo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Esta política é um modelo geral e não é assessoria jurídica: adapte-a à sua operação e revise-a com seu advogado antes de publicar. Lembre-se ainda de pedir a autorização do titular para cada finalidade e de guardá-la como evidência.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Proteção de dados pessoais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tratamiento de datos personales</dc:title>
  <dc:subject>Política de datos personales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