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TRAINING AND INDUCTION RECORD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Session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Topic or activity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(induction / refresher / specific training)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Trainer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Attended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Venue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Topics covered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topic]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topic]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topic]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[Fourth topic]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Attendance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Area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Check of understanding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checked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Understanding of the topic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Knowledge of the procedures of their role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Use of tools or equipment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Questions answered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Enclosure: [material handed out, presentation or guide]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File this record in the employee's personnel file and repeat the session when the procedure, the equipment or the internal rule behind it changes.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Training record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inducción y capacitación</dc:title>
  <dc:subject>Registro de inducción y capacitación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