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COMPANY NAME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Address · City · Phone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WRITTEN WARNING LETTER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Notice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[AM-___]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Dear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[EMPLOYEE NAME]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[ID]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[Position and area]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Written warning for [the issue, in a few words]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Employment background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Line manager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Facts notified to you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 of the incident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happened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Evidence or witness</w:t>
            </w:r>
          </w:p>
        </w:tc>
      </w:tr>
      <w:tr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[Describe the incident: what happened, where, with whom and what it caused. One incident per row.]</w:t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[Second incident, if any]</w:t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Internal rules concerned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which internal rule, instruction or company procedure was not followed. Write the rule as it appears in your internal handbook; this template does not cite external law.]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Employee's account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heard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[Summarise what the employee answered, in their own words where possible, and whether they provided evidence or witnesses.]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Summary of their account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Decision and measure adopted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Measure (documented verbal warning / written warning / suspension / other)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Scope of the measure and how long the record stays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Improvement commitment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Commitment</w:t>
            </w:r>
          </w:p>
        </w:tc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294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will be checked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[State the specific commitment from this date]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[Second commitment if applicable]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Consequences of repetition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what will happen if the incident is repeated, without citing any law: further internal measures, review of the case by human resources, or other consequences the company applies under its internal rules.]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Acknowledgement of receipt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have received a copy of this notice, I am aware of the facts stated and of the measures adopted. I sign as acknowledgement of receipt.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Sincerely,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[NAME OF SIGNATORY]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Phone · Email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[Nombre, documento y fecha]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[Nombre, documento y fecha]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[human resources, line manager and the employee's file]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is a general-purpose internal template. It is not legal advice: have your advisor or accountant review it and adapt it to the rules that apply to you before you use it.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Written warning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amonestación o llamado de atención</dc:title>
  <dc:subject>Llamado de atención al trabajador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