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LISTA DE VERIFICAÇÃO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Percorra ponto por ponto para revisar um processo, uma área ou uma atividade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verificação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ou processo verificado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verifica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verificação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Atividade ou posto verificado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Frequência (diária / semanal / mensal / por evento)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(autocontrole / verificação interna / visita)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Critério da verificação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contra o que você verifica: o procedimento interno, a ficha do processo, a instrução do posto ou o padrão acordado com o cliente. Se não existir, esta lista pode servir para construí-lo.]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Pontos a verificar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Ponto a verificar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Atende (Sim / Não / Não se aplica)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Evidência verificada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Documentação e registros da área em dia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Condições de segurança do posto de trabalho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Ordem e limpeza da área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Equipamentos, ferramentas e máquinas em funcionamento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Insumos e material suficientes para a operação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Sinalização visível e em bom estado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Produto ou serviço conforme o combinado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Cumprimento do procedimento vigente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Registros assinados por quem corresponde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Datas e vencimentos vigentes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11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Acessos, chaves e senhas sob controle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12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Ações da verificação anterior já encerradas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Resumo do resultado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Pontos verificados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Pontos conformes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Pontos não conformes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Pontos não aplicáveis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Resultado geral (conforme / conforme com observações / não conforme)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Ações necessárias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Ação necessária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Observações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[Escreva aqui o que não cabe na tabela: causas, comentários da área e acordos verbais.]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VERIFICA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APROVA OU RECEBE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Cada ponto é marcado uma única vez. Se um ponto não se aplica, marque assim e explique o motivo na observação: dessa forma a lista fica fechada e ninguém pode confundi-la com um ponto sem revisar.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Lista de verificação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verificación</dc:title>
  <dc:subject>Lista de verificación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