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proveedor]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[Asesor comercial]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reclamación por [producto o servicio] — pedido o factura [número]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[fecha] recibimos el pedido [número], correspondiente a [productos o servicios solicitados]. Al revisar la mercancía encontramos las novedades que relacionamos a continuación.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Novedades encontradas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 afectada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Novedad encontrada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recibido incompleto]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con daño o defecto]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diferente al solicitado]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novedades se documentaron con [fotografías, acta de recepción y muestra disponible], que anexamos a esta comunicación.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Solicitamos [la reposición de los productos / la nota crédito por el valor correspondiente / la devolución del valor pagado], dentro de los [número] días siguientes a la fecha de esta carta.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Agradecemos confirmar la recepción de esta reclamación e indicarnos el número de radicado para hacer seguimiento. Quedamos atentos a su respuesta por [correo electrónico o teléfono].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de compras] · [almacén]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que se adjuntan]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Modelo de reclamación comercial. Antes de enviarla, revise con su asesor las condiciones de compra y los plazos pactados con el proveedor.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Reclamación a proveedor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reclamación a proveedor</dc:title>
  <dc:subject>Carta de reclamación a proveedor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