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CONSTITUIÇÃO DE PROJETO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Autorização de início, escopo, equipe e condições do projeto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Identificação do projeto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projeto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Patrocinador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Líder ou gerente do projeto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estimada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Orçamento aprovado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Objetivo geral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Objetivo específico 1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Objetivo específico 2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Objetivo específico 3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Escopo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Inclui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Não inclui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Entregáveis e critérios de aceite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Entregável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Critério de aceite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comprometida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Marcos principais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Marco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comprometida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Equipe do projeto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Função no projeto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Responsabilidade principal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Riscos identificados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 (alto / médio / baixo)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prevista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ata de constituição autoriza formalmente o início do projeto e define seu escopo, sua equipe e suas condições. Qualquer mudança de escopo, prazo ou orçamento é aprovada por escrito e anexada a esta ata.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Constituição de projeto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constitución de proyecto</dc:title>
  <dc:subject>Acta de constitución de proyecto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