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MONTHLY MANAGEMENT REPORT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Reporting period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Prepared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submitted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Summary of the period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three to five lines with the essentials of the month: what result was achieved against what was expected, what explains it and what decision is needed. A management report is not a list of everything that happened, it is a summary for deciding.]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Indicators for the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Change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Short analysis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Sales for the period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Inventory accuracy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Dispatch fulfilment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Stock turnover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Purchases executed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Count difference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Movements and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Previous month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Current month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Goods received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Goods issued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Inventory adjustments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Returns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Events and notable points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Event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taken or proposed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Risks and alerts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topic]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topic]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topic]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Commitments for next month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Commitment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Attachments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[Attachments: system reports, minutes, photographs, evidence of the events]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Number the attachments and mention each one in the text: a report without evidence forces people to ask the same question twice. If the report is monthly, always compare against the previous month and against the target, not against memory.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Monthly management report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gestión mensual</dc:title>
  <dc:subject>Informe de gestión mensual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