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POLÍTICA DE COMPRAS Y PROVEEDORES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[PC-___]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Objetivo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Establecer cómo se compra en la empresa: quién pide, quién autoriza, con qué proveedores y con qué soportes, para que toda compra sea necesaria, autorizada y verificada al recibir.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Alcance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[Tipos de compra a los que aplica y compras exceptuadas, si las hay.]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Etapas de la compra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Requisición del área que necesita el bien o servicio, con justificación y cantidad.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Verificación de existencia en bodega antes de comprar.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Selección del proveedor y solicitud de cotizaciones.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Autorización según los niveles definidos en esta política.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Emisión de la orden de compra con lo solicitado y los plazos acordados.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Recepción y verificación contra la orden (cantidad, estado, documentos).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Registro en el sistema y aprobación de la factura para el pago.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Evaluación del proveedor después de la entrega.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Selección y evaluación de proveedores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Criterio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se verifica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Cumplimiento de lo solicitado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Calidad del producto o servicio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Precio y condiciones de pago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Cumplimiento de fechas de entrega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Documentación en regla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Respuesta ante reclamos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Niveles de aprobación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Rango de valor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Quién autoriza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Compras menores: jefe del área que solicita.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Compras medias: jefe del área y responsable administrativo.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Compras mayores: dirección, con la cotización comparativa adjunta.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Integridad y conflicto de interés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[Primer tema]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[Segundo tema]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[Tercer tema]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Documentos y registros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 o registro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Detalle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[Primer tema]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[Segundo tema]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[Tercer tema]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[Cuarto tema]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Indicadores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Indicador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Frecuencia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Fuente del dato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Compras con orden de compra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Entregas a tiempo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Reclamos a proveedores resueltos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Compras sin cotización comparativa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Nadie compra sin requisición y nadie recibe sin orden de compra: ese es el control que evita pagar dos veces o pagar algo que nunca llegó. Revise con su contador los soportes que exige su operación antes de publicar esta política.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Compras y proveedores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compras y proveedores</dc:title>
  <dc:subject>Política de compras y proveedores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