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del candidato]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proposta de emprego para o cargo de [cargo]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Temos o prazer de informar que, após o processo seletivo, decidimos oferecer a você o cargo de [cargo] na [nome da empresa]. Estas são as condições da proposta.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Condições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Detalhe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Área ou departamento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Tipo de contrato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Jornada e horário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Remuneração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Data de início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Local de trabalho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Período de experiência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Condições adicionais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Além disso: [benefícios, auxílios, treinamento inicial ou outros acordos]. No primeiro dia, apresente [documentos exigidos para a admissão].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Aceite do candidato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proposta é válida até [data]. Para aceitá-la, assine esta carta e nos envie uma cópia antes dessa data; se tiver dúvidas sobre as condições, escreva para [e-mail] ou ligue para [telefone].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Declaro que aceito a proposta nas condições descritas e que posso iniciar em [data].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[Nombre de quien firma]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595959"/>
          <w:sz w:val="18"/>
        </w:rPr>
        <w:t>Cópia: [arquivo do candidato] · [Recursos Humanos]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Deixe as condições por escrito antes da assinatura do contrato: salário, jornada, local e data de início. Se alguma condição mudar depois, comunique por escrito.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Oferta de emprego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de empleo</dc:title>
  <dc:subject>Oferta de empleo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