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VISITA Y SUPERVISIÓN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Constancia de la visita, de los hallazgos y de los compromisos acordados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[VS-___]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 la visita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visita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reunión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finalización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de la visita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Empresa o persona visitada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Persona que atendió la visita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Personas que intervinieron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Aspectos verificados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Aspecto verificado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Cumple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Documentación y registros exigidos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Instalaciones y condiciones de almacenamiento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Estado y calidad del producto o del servicio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de entregas y plazos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Seguridad y salud del personal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Aseo, orden y control de plagas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Hallazgos y observaciones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Hallazgo u observación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Clasificación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 requerida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Compromisos acordados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acta deja constancia de lo verificado y de los compromisos acordados en la visita. Se firma por quienes intervinieron y se entrega copia a la parte visitada cuando la visita corresponde a un proveedor o a un tercero.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Visita y supervisión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visita y supervisión</dc:title>
  <dc:subject>Acta de visita y supervisión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