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[COMPANY NAME]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[Company ID] · [Address] · [City]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[Phone] · [Email] · [Website]</w:t>
      </w:r>
    </w:p>
    <w:p>
      <w:pPr>
        <w:spacing w:after="160"/>
        <w:pBdr>
          <w:bottom w:val="single" w:sz="8" w:space="4" w:color="A6A6A6"/>
        </w:pBdr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[City], [DD/MM/YYYY]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To</w:t>
      </w:r>
    </w:p>
    <w:p>
      <w:r>
        <w:rPr>
          <w:rFonts w:ascii="Calibri" w:hAnsi="Calibri" w:cs="Calibri"/>
          <w:b/>
          <w:i w:val="0"/>
          <w:color w:val="262626"/>
          <w:sz w:val="20"/>
        </w:rPr>
        <w:t>[Nombre del proveedor]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Atn.: [Asesor comercial]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[Address]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[City]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Subject: complaint about [product or service] — order or invoice [number]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Dear Sir or Madam,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On [date] we received order [number] for [products or services ordered]. On checking the goods we found the issues listed below.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Issues found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Code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Product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Quantity affected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Issue found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[Product delivered incomplete]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[Product damaged or defective]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[Product different from the one ordered]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The issues were documented with [photographs, goods receipt record and available sample], which we enclose with this letter.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We request [replacement of the goods / a credit note for the corresponding amount / a refund] within [number] days from the date of this letter.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Please confirm receipt of this claim and let us know the reference number so we can follow it up. We are available by [email or phone].</w:t>
      </w: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Yours faithfully,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[Full name]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[Position]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[Company name]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[Phone] · [Email]</w:t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Copy: [purchasing area] · [warehouse]</w:t>
      </w:r>
    </w:p>
    <w:p>
      <w:r>
        <w:rPr>
          <w:rFonts w:ascii="Calibri" w:hAnsi="Calibri" w:cs="Calibri"/>
          <w:b w:val="0"/>
          <w:i w:val="0"/>
          <w:color w:val="595959"/>
          <w:sz w:val="18"/>
        </w:rPr>
        <w:t>Enclosures: [documents attached]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Commercial claim model. Before sending it, check the purchase terms and agreed deadlines with your adviser.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Supplier complaint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reclamación a proveedor</dc:title>
  <dc:subject>Carta de reclamación a proveedor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