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ENTREGA DE DOTACIÓN Y EPP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de elementos de dotación y de protección personal entregados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 la entrega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entrega (dotación / EPP)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Elementos entregados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Elemento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Talla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entrega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Reposición (meses)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Camisa o playera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Pantalón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Botas o calzado de seguridad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Casco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Guantes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Gafas o careta de protección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Compromiso de uso y cuidado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Usar los elementos durante toda la jornada de trabajo y en las tareas que los requieren.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Reportar de inmediato el deterioro, la pérdida o el daño para su reposición.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Devolver los elementos al terminar la relación laboral o cuando sean reemplazados.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ceder los elementos a terceros ni usarlos para fines distintos a los del trabajo.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Cuidar, lavar y guardar los elementos según las indicaciones recibidas.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La entrega se registra en este formato como constancia para el colaborador y para la empresa. Los elementos son herramientas de trabajo: no son parte del salario ni se descuentan por su uso normal.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Dotación y EPP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dotación y EPP</dc:title>
  <dc:subject>Acta de entrega de dotación y EPP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