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 whom it may concern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letter of recommendation for [name of the person recommended]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I, [name of signatory], in my capacity as [position] at [company name], confirm that [full name of the person recommended], holder of ID [number], worked at this company on the terms set out below.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Employment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Position held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Area or department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Period of employment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Type of contract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During that time they performed their work with [responsibility, reliability and teamwork], and were responsible for [main duties].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For that reason I recommend [name of the person recommended] for [position or type of role] and confirm that they would be welcome to apply again in the future.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This recommendation is issued at the request of the person concerned in [city], on [date].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[employee personnel file]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recommendation should be limited to accurate, verifiable facts about the employment and the person's performance. Do not include confidential information.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Letter of recommendation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laboral</dc:title>
  <dc:subject>Carta de recomendación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