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TECHNICAL REPORT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What was reviewed, how it was reviewed, what was found and what is recommended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[IN-___]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Report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Report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or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Prepared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Addressed 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Period or event covered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report (inspection / assessment / verification / follow-up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Purpose of the report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[One or two sentences: which question this report answers and why it was requested.]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Scope and background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What was reviewed and what was left out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Background and source documents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Limitations found (missing information, access, time)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How the work was done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[How the information was obtained: observation, interviews, review of records]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[What was measured or counted, and with what instrument or form]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[For how long or over how many visits]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[Who accompanied or validated the data collection]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Finding or result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Evidence or support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Size or difference observed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it was observed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Analysis of the findings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Probable cause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Consequence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How the cause was verified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Conclusions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conclusion, supported by the findings]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conclusion, supported by the findings]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conclusion, supported by the findings]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Recommendations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Recommendation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Suggested 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Priority (high / medium / low)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Suggested timeframe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Attachments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[List the attachments: photographs, drawings, listings, measurements, records, emails and any support for the findings.]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author is responsible for the information recorded and for the attached evidence. The reviewer confirms that the report meets what was requested.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Technical report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técnico</dc:title>
  <dc:subject>Informe técnico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