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ENSAYO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Tesis, argumentos con respaldo y cierre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[EY-___]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del trabajo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Título del ensayo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Autor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Asignatura o materia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Tipo (argumentativo / expositivo / comparativo)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entrega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La tesis en una frase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[La tesis es lo que se va a defender, en una sola frase, sin adornos. Si necesita dos frases o aparece un «y además», todavía no está definida.]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Título del trabajo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Estructura del ensayo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260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Sección</w:t>
            </w:r>
          </w:p>
        </w:tc>
        <w:tc>
          <w:tcPr>
            <w:tcW w:type="dxa" w:w="532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Qué dice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Párrafos</w:t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Introducción</w:t>
            </w:r>
          </w:p>
        </w:tc>
        <w:tc>
          <w:tcPr>
            <w:tcW w:type="dxa" w:w="532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Desarrollo</w:t>
            </w:r>
          </w:p>
        </w:tc>
        <w:tc>
          <w:tcPr>
            <w:tcW w:type="dxa" w:w="532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Objeción y respuesta</w:t>
            </w:r>
          </w:p>
        </w:tc>
        <w:tc>
          <w:tcPr>
            <w:tcW w:type="dxa" w:w="532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Conclusiones</w:t>
            </w:r>
          </w:p>
        </w:tc>
        <w:tc>
          <w:tcPr>
            <w:tcW w:type="dxa" w:w="532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Argumentos y respaldo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[A cada argumento le corresponde un respaldo: un dato, una cita, un ejemplo o una experiencia verificable. Un argumento sin respaldo es una opinión.]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17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Argumento</w:t>
            </w:r>
          </w:p>
        </w:tc>
        <w:tc>
          <w:tcPr>
            <w:tcW w:type="dxa" w:w="385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Respaldo (dato, cita o ejemplo)</w:t>
            </w:r>
          </w:p>
        </w:tc>
        <w:tc>
          <w:tcPr>
            <w:tcW w:type="dxa" w:w="260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 la tesis</w:t>
            </w:r>
          </w:p>
        </w:tc>
      </w:tr>
      <w:tr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85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85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85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85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Objeción y respuesta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[Anticipe la mejor objeción a su tesis y respóndala. Un ensayo que ignora la objeción se lee como una opinión.]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Observaciones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Cómo se conectan los párrafos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[Anote la idea de enlace entre un párrafo y el siguiente: así el lector sigue el hilo sin perderse.]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Cierre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[El último párrafo retoma la tesis, dice qué quedó demostrado y qué queda abierto. No introduzca un tema nuevo al final.]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Lista de comprobación antes de entregar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7370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Punto a revisar</w:t>
            </w:r>
          </w:p>
        </w:tc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Sí / No</w:t>
            </w:r>
          </w:p>
        </w:tc>
      </w:tr>
      <w:tr>
        <w:tc>
          <w:tcPr>
            <w:tcW w:type="dxa" w:w="737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¿La tesis está en la introducción y es una sola frase?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737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¿Cada argumento tiene respaldo?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737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¿Respondí la objeción más fuerte?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737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¿El cierre retoma la tesis y no abre un tema nuevo?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737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¿Revisé ortografía y puntuación leyendo en voz alta?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737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¿Las fuentes citadas están completas?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Control del documento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AUTOR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 y firma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Una vez firmado, archive este documento con sus anexos en la carpeta del área. Deje una copia para cada una de las partes que lo firman.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institución] · Ensayo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Ensayo</dc:title>
  <dc:subject>Estructura de un ensayo con argumentos y cierre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