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ACTA DE ENTREGA DE MERCANCÍA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Constancia de entrega de mercancía al transportador, a otra área o al cliente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[EN-___]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Versión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Fecha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Cargo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Datos de la entrega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N.º de acta, guía o remisión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Entrega (empresa o área)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Recibe (empresa o persona)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Lugar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Destino o ciudad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Transportador o empresa de transporte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Conductor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Placa del vehículo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Documento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Detalle de la mercancía entregada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rPr>
          <w:tblHeader w:val="true"/>
        </w:trPr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Ítem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Código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Descripción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Unidad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Cantidad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Presentación o empaque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Observación</w:t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Total de ítems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Total de unidades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Estado de la entrega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¿Se entrega completo?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¿Empaque en buen estado?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Sellos o precintos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Peso o volumen aproximado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Observaciones</w:t>
      </w:r>
    </w:p>
    <w:p>
      <w:r>
        <w:rPr>
          <w:rFonts w:ascii="Calibri" w:hAnsi="Calibri" w:cs="Calibri"/>
          <w:b w:val="0"/>
          <w:i/>
          <w:color w:val="262626"/>
          <w:sz w:val="20"/>
        </w:rPr>
        <w:t>[ 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Firmas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____________________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Firma</w:t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____________________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Firma</w:t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____________________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Firma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El acta acredita la entrega de la mercancía relacionada, con su cantidad y estado, y sirve de soporte para el manejo de faltantes, daños o reclamaciones posteriores. Se firma por quien entrega, quien recibe y el transportador cuando interviene.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 la empresa] · Entrega de mercancía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de entrega de mercancía</dc:title>
  <dc:subject>Acta de entrega de mercancía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