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cs="Calibri"/>
          <w:b/>
          <w:i w:val="0"/>
          <w:color w:val="404040"/>
          <w:sz w:val="24"/>
        </w:rPr>
        <w:t>[COMPANY NAME]</w:t>
      </w:r>
    </w:p>
    <w:p>
      <w:r>
        <w:rPr>
          <w:rFonts w:ascii="Calibri" w:hAnsi="Calibri" w:cs="Calibri"/>
          <w:b w:val="0"/>
          <w:i w:val="0"/>
          <w:color w:val="595959"/>
          <w:sz w:val="17"/>
        </w:rPr>
        <w:t>[Company ID] · [Address] · [City]</w:t>
      </w:r>
    </w:p>
    <w:p>
      <w:r>
        <w:rPr>
          <w:rFonts w:ascii="Calibri" w:hAnsi="Calibri" w:cs="Calibri"/>
          <w:b w:val="0"/>
          <w:i w:val="0"/>
          <w:color w:val="595959"/>
          <w:sz w:val="17"/>
        </w:rPr>
        <w:t>[Phone] · [Email] · [Website]</w:t>
      </w:r>
    </w:p>
    <w:p>
      <w:pPr>
        <w:spacing w:after="160"/>
        <w:pBdr>
          <w:bottom w:val="single" w:sz="8" w:space="4" w:color="A6A6A6"/>
        </w:pBdr>
      </w:pPr>
    </w:p>
    <w:p>
      <w:pPr>
        <w:jc w:val="center"/>
      </w:pPr>
      <w:r>
        <w:rPr>
          <w:rFonts w:ascii="Calibri" w:hAnsi="Calibri" w:cs="Calibri"/>
          <w:b/>
          <w:i w:val="0"/>
          <w:color w:val="404040"/>
          <w:sz w:val="26"/>
        </w:rPr>
        <w:t>PRINTABLE LABELS</w:t>
      </w:r>
    </w:p>
    <w:p>
      <w:pPr>
        <w:spacing w:after="120"/>
        <w:pBdr>
          <w:bottom w:val="single" w:sz="6" w:space="4" w:color="A6A6A6"/>
        </w:pBdr>
      </w:pPr>
    </w:p>
    <w:p>
      <w:pPr>
        <w:spacing w:before="160" w:after="60"/>
        <w:pBdr>
          <w:bottom w:val="single" w:sz="4" w:space="4" w:color="A6A6A6"/>
        </w:pBdr>
      </w:pPr>
      <w:r>
        <w:rPr>
          <w:rFonts w:ascii="Calibri" w:hAnsi="Calibri" w:cs="Calibri"/>
          <w:b/>
          <w:i w:val="0"/>
          <w:color w:val="404040"/>
          <w:sz w:val="22"/>
        </w:rPr>
        <w:t>1. What this template is</w:t>
      </w:r>
    </w:p>
    <w:p>
      <w:pPr>
        <w:jc w:val="both"/>
      </w:pPr>
      <w:r>
        <w:rPr>
          <w:rFonts w:ascii="Calibri" w:hAnsi="Calibri" w:cs="Calibri"/>
          <w:b w:val="0"/>
          <w:i w:val="0"/>
          <w:color w:val="262626"/>
          <w:sz w:val="21"/>
        </w:rPr>
        <w:t>This sheet prints labels for products, locations or shelves. Each cell is one label and the text between angle brackets (« ») are the fields Word replaces automatically with the data from your product list.</w:t>
      </w:r>
    </w:p>
    <w:p>
      <w:pPr>
        <w:spacing w:before="160" w:after="60"/>
        <w:pBdr>
          <w:bottom w:val="single" w:sz="4" w:space="4" w:color="A6A6A6"/>
        </w:pBdr>
      </w:pPr>
      <w:r>
        <w:rPr>
          <w:rFonts w:ascii="Calibri" w:hAnsi="Calibri" w:cs="Calibri"/>
          <w:b/>
          <w:i w:val="0"/>
          <w:color w:val="404040"/>
          <w:sz w:val="22"/>
        </w:rPr>
        <w:t>2. Data you can merge</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Field</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Example</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Where the data comes from</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Product code</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Product name</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Location or shelf</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Sale price</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3. Steps to merge it with a list</w:t>
      </w:r>
    </w:p>
    <w:p>
      <w:pPr>
        <w:pStyle w:val="ListNumber"/>
        <w:spacing w:after="40"/>
      </w:pPr>
      <w:r>
        <w:rPr>
          <w:rFonts w:ascii="Calibri" w:hAnsi="Calibri" w:cs="Calibri"/>
          <w:b w:val="0"/>
          <w:i w:val="0"/>
          <w:color w:val="262626"/>
          <w:sz w:val="20"/>
        </w:rPr>
        <w:t>Open this template in Word and go to Mailings &gt; Start Mail Merge &gt; Letters.</w:t>
      </w:r>
    </w:p>
    <w:p>
      <w:pPr>
        <w:pStyle w:val="ListNumber"/>
        <w:spacing w:after="40"/>
      </w:pPr>
      <w:r>
        <w:rPr>
          <w:rFonts w:ascii="Calibri" w:hAnsi="Calibri" w:cs="Calibri"/>
          <w:b w:val="0"/>
          <w:i w:val="0"/>
          <w:color w:val="262626"/>
          <w:sz w:val="20"/>
        </w:rPr>
        <w:t>Choose Select Recipients &gt; Use an Existing List and load your product list (Excel or CSV with one column per field).</w:t>
      </w:r>
    </w:p>
    <w:p>
      <w:pPr>
        <w:pStyle w:val="ListNumber"/>
        <w:spacing w:after="40"/>
      </w:pPr>
      <w:r>
        <w:rPr>
          <w:rFonts w:ascii="Calibri" w:hAnsi="Calibri" w:cs="Calibri"/>
          <w:b w:val="0"/>
          <w:i w:val="0"/>
          <w:color w:val="262626"/>
          <w:sz w:val="20"/>
        </w:rPr>
        <w:t>Put the cursor inside a label and use Insert Merge Field to place «Código», «Producto», «Ubicación» and «Precio» where they belong.</w:t>
      </w:r>
    </w:p>
    <w:p>
      <w:pPr>
        <w:pStyle w:val="ListNumber"/>
        <w:spacing w:after="40"/>
      </w:pPr>
      <w:r>
        <w:rPr>
          <w:rFonts w:ascii="Calibri" w:hAnsi="Calibri" w:cs="Calibri"/>
          <w:b w:val="0"/>
          <w:i w:val="0"/>
          <w:color w:val="262626"/>
          <w:sz w:val="20"/>
        </w:rPr>
        <w:t>Use Preview Results to check the labels with real data and fix any field that comes out empty or misaligned.</w:t>
      </w:r>
    </w:p>
    <w:p>
      <w:pPr>
        <w:pStyle w:val="ListNumber"/>
        <w:spacing w:after="40"/>
      </w:pPr>
      <w:r>
        <w:rPr>
          <w:rFonts w:ascii="Calibri" w:hAnsi="Calibri" w:cs="Calibri"/>
          <w:b w:val="0"/>
          <w:i w:val="0"/>
          <w:color w:val="262626"/>
          <w:sz w:val="20"/>
        </w:rPr>
        <w:t>Print on A4 adhesive sheets and run a test sheet before printing the whole batch: adjust the margin if the labels do not match the die-cut ones.</w:t>
      </w:r>
    </w:p>
    <w:p>
      <w:pPr>
        <w:spacing w:before="160" w:after="60"/>
        <w:pBdr>
          <w:bottom w:val="single" w:sz="4" w:space="4" w:color="A6A6A6"/>
        </w:pBdr>
      </w:pPr>
      <w:r>
        <w:rPr>
          <w:rFonts w:ascii="Calibri" w:hAnsi="Calibri" w:cs="Calibri"/>
          <w:b/>
          <w:i w:val="0"/>
          <w:color w:val="404040"/>
          <w:sz w:val="22"/>
        </w:rPr>
        <w:t>4. Label sheet</w:t>
      </w:r>
    </w:p>
    <w:p>
      <w:r>
        <w:rPr>
          <w:rFonts w:ascii="Calibri" w:hAnsi="Calibri" w:cs="Calibri"/>
          <w:b w:val="0"/>
          <w:i/>
          <w:color w:val="262626"/>
          <w:sz w:val="19"/>
        </w:rPr>
        <w:t>Print this section on A4 adhesive paper. If you use die-cut labels, measure the sheet and adjust the table widths before printing.</w:t>
      </w:r>
    </w:p>
    <w:tbl>
      <w:tblPr>
        <w:tblStyle w:val="TableGrid"/>
        <w:tblW w:type="auto" w:w="0"/>
        <w:tblLook w:firstColumn="1" w:firstRow="1" w:lastColumn="0" w:lastRow="0" w:noHBand="0" w:noVBand="1" w:val="04A0"/>
      </w:tblPr>
      <w:tblGrid>
        <w:gridCol w:w="4819"/>
        <w:gridCol w:w="4819"/>
      </w:tblGrid>
      <w:tr>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r>
      <w:tr>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r>
      <w:tr>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r>
      <w:tr>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r>
      <w:tr>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r>
      <w:tr>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r>
      <w:tr>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r>
      <w:tr>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c>
          <w:tcPr>
            <w:tcW w:type="dxa" w:w="4819"/>
            <w:tcMar>
              <w:top w:w="140" w:type="dxa"/>
              <w:left w:w="120" w:type="dxa"/>
              <w:bottom w:w="140" w:type="dxa"/>
              <w:right w:w="120" w:type="dxa"/>
            </w:tcMar>
          </w:tcPr>
          <w:p>
            <w:pPr>
              <w:spacing w:after="20"/>
            </w:pPr>
            <w:r>
              <w:rPr>
                <w:rFonts w:ascii="Calibri" w:hAnsi="Calibri" w:cs="Calibri"/>
                <w:b/>
                <w:i w:val="0"/>
                <w:color w:val="262626"/>
                <w:sz w:val="19"/>
              </w:rPr>
              <w:t>«Product»</w:t>
            </w:r>
          </w:p>
          <w:p>
            <w:pPr>
              <w:spacing w:after="0"/>
            </w:pPr>
            <w:r>
              <w:rPr>
                <w:rFonts w:ascii="Calibri" w:hAnsi="Calibri" w:cs="Calibri"/>
                <w:b w:val="0"/>
                <w:i w:val="0"/>
                <w:color w:val="595959"/>
                <w:sz w:val="16"/>
              </w:rPr>
              <w:t>«Code» · «Location»</w:t>
            </w:r>
          </w:p>
          <w:p>
            <w:pPr>
              <w:spacing w:after="0"/>
            </w:pPr>
            <w:r>
              <w:rPr>
                <w:rFonts w:ascii="Calibri" w:hAnsi="Calibri" w:cs="Calibri"/>
                <w:b w:val="0"/>
                <w:i w:val="0"/>
                <w:color w:val="595959"/>
                <w:sz w:val="16"/>
              </w:rPr>
              <w:t>«Price»</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Before printing the whole batch, check one label against the product and against the system: a wrong label in the wrong location throws the inventory off.</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Printable labels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Etiquetas para imprimir</dc:title>
  <dc:subject>Etiquetas para imprimir</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