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REGISTRO DE INTEGRAÇÃO E TREINAMENTO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da atividade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Tema ou atividade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(integração / reciclagem / treinamento específico)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Facilitador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Duração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Modalidade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Dirigido 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Temas tratados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[Primeiro tema]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[Segundo tema]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[Terceiro tema]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[Quarto tema]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Presença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Área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Assinatura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Verificação de compreensão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 verificado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Compreensão do tema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Conhecimento dos procedimentos do seu posto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Uso de ferramentas ou equipamentos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Dúvidas esclarecidas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Anexo: [material entregue, apresentação ou guia]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Arquive este registro no prontuário do colaborador e repita a atividade quando mudar o procedimento, o equipamento ou a regra interna que a originou.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Integração e treinamento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 inducción y capacitación</dc:title>
  <dc:subject>Registro de inducción y capacitación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