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NAME OF THE SENDER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ID · Address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Phone · Email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NOTARIAL LETTER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Letter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[CN-___]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sent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Dear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[NAME OF THE RECIPIENT]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[ID or tax number]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 for service]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Demand for [what you require, in one line]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Who is writing and in what capacity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 for service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Capacity (owner / landlord / creditor / representative / other)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Facts being notified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happened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 or evidence</w:t>
            </w:r>
          </w:p>
        </w:tc>
      </w:tr>
      <w:tr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[Describe the fact: what was agreed, what was breached and since when]</w:t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What is required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in one concrete sentence what you demand: pay, deliver, vacate, repair, return. Then list what must be clear: what, by when and how.]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Time allowed (days or exact date)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Notice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[State, without citing any law, what you will do if there is no answer within the period: refer the case to your lawyer, treat the agreement as terminated, start collection, or any other consequence that follows from what was agreed.]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How this letter is delivered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how the letter is delivered and how receipt is recorded: hand delivery against signature, courier with proof of delivery, or registered mail. The proof of delivery is what gives the letter its weight.]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Proof of delivery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of the person receiving 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and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Relationship to the recipient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Signature of the person receiving 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[NAME OF SIGNATORY]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[ID]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Phone · Email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Attachments: [list the documents accompanying the letter]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is a general-purpose internal template. It is not legal advice: have your advisor or accountant review it and adapt it to the rules that apply to you before you use it.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[Name of signatory] · Notarial letter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notarial</dc:title>
  <dc:subject>Requerimiento formal con constancia de entrega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