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SOURCE CARD</w:t>
            </w:r>
          </w:p>
        </w:tc>
      </w:tr>
    </w:tbl>
    <w:p>
      <w:pPr>
        <w:spacing w:after="40"/>
      </w:pPr>
    </w:p>
    <w:p>
      <w:r>
        <w:rPr>
          <w:rFonts w:ascii="Calibri" w:hAnsi="Calibri" w:cs="Calibri"/>
          <w:b w:val="0"/>
          <w:i/>
          <w:color w:val="595959"/>
          <w:sz w:val="19"/>
        </w:rPr>
        <w:t>Source details, what it contributes and where it is used</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[FB-___]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Source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Type of source (book / article / report / web page / video)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Title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Author or authors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Year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Publisher, journal or site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Edition or volume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Link or document identifier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Full reference, as it will be cited</w:t>
      </w:r>
    </w:p>
    <w:p>
      <w:pPr>
        <w:jc w:val="both"/>
      </w:pPr>
      <w:r>
        <w:rPr>
          <w:rFonts w:ascii="Calibri" w:hAnsi="Calibri" w:cs="Calibri"/>
          <w:b w:val="0"/>
          <w:i w:val="0"/>
          <w:color w:val="262626"/>
          <w:sz w:val="21"/>
        </w:rPr>
        <w:t>[Write it once and write it properly, in the same style as the rest of the paper. If something is missing, note what is missing so you can look for it later.]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Content or topic</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3. Data and quotations to be used</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1361"/>
            <w:shd w:val="clear" w:color="auto" w:fill="595959"/>
            <w:tcMar>
              <w:top w:w="40" w:type="dxa"/>
              <w:left w:w="80" w:type="dxa"/>
              <w:bottom w:w="40" w:type="dxa"/>
              <w:right w:w="80" w:type="dxa"/>
            </w:tcMar>
          </w:tcPr>
          <w:p>
            <w:pPr>
              <w:spacing w:after="0"/>
            </w:pPr>
            <w:r>
              <w:rPr>
                <w:rFonts w:ascii="Calibri" w:hAnsi="Calibri" w:cs="Calibri"/>
                <w:b/>
                <w:i w:val="0"/>
                <w:color w:val="FFFFFF"/>
                <w:sz w:val="18"/>
              </w:rPr>
              <w:t>Page</w:t>
            </w:r>
          </w:p>
        </w:tc>
        <w:tc>
          <w:tcPr>
            <w:tcW w:type="dxa" w:w="4535"/>
            <w:shd w:val="clear" w:color="auto" w:fill="595959"/>
            <w:tcMar>
              <w:top w:w="40" w:type="dxa"/>
              <w:left w:w="80" w:type="dxa"/>
              <w:bottom w:w="40" w:type="dxa"/>
              <w:right w:w="80" w:type="dxa"/>
            </w:tcMar>
          </w:tcPr>
          <w:p>
            <w:pPr>
              <w:spacing w:after="0"/>
            </w:pPr>
            <w:r>
              <w:rPr>
                <w:rFonts w:ascii="Calibri" w:hAnsi="Calibri" w:cs="Calibri"/>
                <w:b/>
                <w:i w:val="0"/>
                <w:color w:val="FFFFFF"/>
                <w:sz w:val="18"/>
              </w:rPr>
              <w:t>Fact, quotation or idea</w:t>
            </w:r>
          </w:p>
        </w:tc>
        <w:tc>
          <w:tcPr>
            <w:tcW w:type="dxa" w:w="3742"/>
            <w:shd w:val="clear" w:color="auto" w:fill="595959"/>
            <w:tcMar>
              <w:top w:w="40" w:type="dxa"/>
              <w:left w:w="80" w:type="dxa"/>
              <w:bottom w:w="40" w:type="dxa"/>
              <w:right w:w="80" w:type="dxa"/>
            </w:tcMar>
          </w:tcPr>
          <w:p>
            <w:pPr>
              <w:spacing w:after="0"/>
            </w:pPr>
            <w:r>
              <w:rPr>
                <w:rFonts w:ascii="Calibri" w:hAnsi="Calibri" w:cs="Calibri"/>
                <w:b/>
                <w:i w:val="0"/>
                <w:color w:val="FFFFFF"/>
                <w:sz w:val="18"/>
              </w:rPr>
              <w:t>What it is for in the paper</w:t>
            </w:r>
          </w:p>
        </w:tc>
      </w:tr>
      <w:tr>
        <w:tc>
          <w:tcPr>
            <w:tcW w:type="dxa" w:w="1361"/>
            <w:tcMar>
              <w:top w:w="40" w:type="dxa"/>
              <w:left w:w="80" w:type="dxa"/>
              <w:bottom w:w="40" w:type="dxa"/>
              <w:right w:w="80" w:type="dxa"/>
            </w:tcMar>
          </w:tcPr>
          <w:p>
            <w:pPr>
              <w:spacing w:after="0"/>
            </w:pPr>
            <w:r>
              <w:rPr>
                <w:rFonts w:ascii="Calibri" w:hAnsi="Calibri" w:cs="Calibri"/>
                <w:b w:val="0"/>
                <w:i w:val="0"/>
                <w:color w:val="262626"/>
                <w:sz w:val="18"/>
              </w:rPr>
            </w:r>
          </w:p>
        </w:tc>
        <w:tc>
          <w:tcPr>
            <w:tcW w:type="dxa" w:w="4535"/>
            <w:tcMar>
              <w:top w:w="40" w:type="dxa"/>
              <w:left w:w="80" w:type="dxa"/>
              <w:bottom w:w="40" w:type="dxa"/>
              <w:right w:w="80" w:type="dxa"/>
            </w:tcMar>
          </w:tcPr>
          <w:p>
            <w:pPr>
              <w:spacing w:after="0"/>
            </w:pPr>
            <w:r>
              <w:rPr>
                <w:rFonts w:ascii="Calibri" w:hAnsi="Calibri" w:cs="Calibri"/>
                <w:b w:val="0"/>
                <w:i w:val="0"/>
                <w:color w:val="262626"/>
                <w:sz w:val="18"/>
              </w:rPr>
            </w:r>
          </w:p>
        </w:tc>
        <w:tc>
          <w:tcPr>
            <w:tcW w:type="dxa" w:w="3742"/>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61"/>
            <w:tcMar>
              <w:top w:w="40" w:type="dxa"/>
              <w:left w:w="80" w:type="dxa"/>
              <w:bottom w:w="40" w:type="dxa"/>
              <w:right w:w="80" w:type="dxa"/>
            </w:tcMar>
          </w:tcPr>
          <w:p>
            <w:pPr>
              <w:spacing w:after="0"/>
            </w:pPr>
            <w:r>
              <w:rPr>
                <w:rFonts w:ascii="Calibri" w:hAnsi="Calibri" w:cs="Calibri"/>
                <w:b w:val="0"/>
                <w:i w:val="0"/>
                <w:color w:val="262626"/>
                <w:sz w:val="18"/>
              </w:rPr>
            </w:r>
          </w:p>
        </w:tc>
        <w:tc>
          <w:tcPr>
            <w:tcW w:type="dxa" w:w="4535"/>
            <w:tcMar>
              <w:top w:w="40" w:type="dxa"/>
              <w:left w:w="80" w:type="dxa"/>
              <w:bottom w:w="40" w:type="dxa"/>
              <w:right w:w="80" w:type="dxa"/>
            </w:tcMar>
          </w:tcPr>
          <w:p>
            <w:pPr>
              <w:spacing w:after="0"/>
            </w:pPr>
            <w:r>
              <w:rPr>
                <w:rFonts w:ascii="Calibri" w:hAnsi="Calibri" w:cs="Calibri"/>
                <w:b w:val="0"/>
                <w:i w:val="0"/>
                <w:color w:val="262626"/>
                <w:sz w:val="18"/>
              </w:rPr>
            </w:r>
          </w:p>
        </w:tc>
        <w:tc>
          <w:tcPr>
            <w:tcW w:type="dxa" w:w="3742"/>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61"/>
            <w:tcMar>
              <w:top w:w="40" w:type="dxa"/>
              <w:left w:w="80" w:type="dxa"/>
              <w:bottom w:w="40" w:type="dxa"/>
              <w:right w:w="80" w:type="dxa"/>
            </w:tcMar>
          </w:tcPr>
          <w:p>
            <w:pPr>
              <w:spacing w:after="0"/>
            </w:pPr>
            <w:r>
              <w:rPr>
                <w:rFonts w:ascii="Calibri" w:hAnsi="Calibri" w:cs="Calibri"/>
                <w:b w:val="0"/>
                <w:i w:val="0"/>
                <w:color w:val="262626"/>
                <w:sz w:val="18"/>
              </w:rPr>
            </w:r>
          </w:p>
        </w:tc>
        <w:tc>
          <w:tcPr>
            <w:tcW w:type="dxa" w:w="4535"/>
            <w:tcMar>
              <w:top w:w="40" w:type="dxa"/>
              <w:left w:w="80" w:type="dxa"/>
              <w:bottom w:w="40" w:type="dxa"/>
              <w:right w:w="80" w:type="dxa"/>
            </w:tcMar>
          </w:tcPr>
          <w:p>
            <w:pPr>
              <w:spacing w:after="0"/>
            </w:pPr>
            <w:r>
              <w:rPr>
                <w:rFonts w:ascii="Calibri" w:hAnsi="Calibri" w:cs="Calibri"/>
                <w:b w:val="0"/>
                <w:i w:val="0"/>
                <w:color w:val="262626"/>
                <w:sz w:val="18"/>
              </w:rPr>
            </w:r>
          </w:p>
        </w:tc>
        <w:tc>
          <w:tcPr>
            <w:tcW w:type="dxa" w:w="3742"/>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61"/>
            <w:tcMar>
              <w:top w:w="40" w:type="dxa"/>
              <w:left w:w="80" w:type="dxa"/>
              <w:bottom w:w="40" w:type="dxa"/>
              <w:right w:w="80" w:type="dxa"/>
            </w:tcMar>
          </w:tcPr>
          <w:p>
            <w:pPr>
              <w:spacing w:after="0"/>
            </w:pPr>
            <w:r>
              <w:rPr>
                <w:rFonts w:ascii="Calibri" w:hAnsi="Calibri" w:cs="Calibri"/>
                <w:b w:val="0"/>
                <w:i w:val="0"/>
                <w:color w:val="262626"/>
                <w:sz w:val="18"/>
              </w:rPr>
            </w:r>
          </w:p>
        </w:tc>
        <w:tc>
          <w:tcPr>
            <w:tcW w:type="dxa" w:w="4535"/>
            <w:tcMar>
              <w:top w:w="40" w:type="dxa"/>
              <w:left w:w="80" w:type="dxa"/>
              <w:bottom w:w="40" w:type="dxa"/>
              <w:right w:w="80" w:type="dxa"/>
            </w:tcMar>
          </w:tcPr>
          <w:p>
            <w:pPr>
              <w:spacing w:after="0"/>
            </w:pPr>
            <w:r>
              <w:rPr>
                <w:rFonts w:ascii="Calibri" w:hAnsi="Calibri" w:cs="Calibri"/>
                <w:b w:val="0"/>
                <w:i w:val="0"/>
                <w:color w:val="262626"/>
                <w:sz w:val="18"/>
              </w:rPr>
            </w:r>
          </w:p>
        </w:tc>
        <w:tc>
          <w:tcPr>
            <w:tcW w:type="dxa" w:w="3742"/>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61"/>
            <w:tcMar>
              <w:top w:w="40" w:type="dxa"/>
              <w:left w:w="80" w:type="dxa"/>
              <w:bottom w:w="40" w:type="dxa"/>
              <w:right w:w="80" w:type="dxa"/>
            </w:tcMar>
          </w:tcPr>
          <w:p>
            <w:pPr>
              <w:spacing w:after="0"/>
            </w:pPr>
            <w:r>
              <w:rPr>
                <w:rFonts w:ascii="Calibri" w:hAnsi="Calibri" w:cs="Calibri"/>
                <w:b w:val="0"/>
                <w:i w:val="0"/>
                <w:color w:val="262626"/>
                <w:sz w:val="18"/>
              </w:rPr>
            </w:r>
          </w:p>
        </w:tc>
        <w:tc>
          <w:tcPr>
            <w:tcW w:type="dxa" w:w="4535"/>
            <w:tcMar>
              <w:top w:w="40" w:type="dxa"/>
              <w:left w:w="80" w:type="dxa"/>
              <w:bottom w:w="40" w:type="dxa"/>
              <w:right w:w="80" w:type="dxa"/>
            </w:tcMar>
          </w:tcPr>
          <w:p>
            <w:pPr>
              <w:spacing w:after="0"/>
            </w:pPr>
            <w:r>
              <w:rPr>
                <w:rFonts w:ascii="Calibri" w:hAnsi="Calibri" w:cs="Calibri"/>
                <w:b w:val="0"/>
                <w:i w:val="0"/>
                <w:color w:val="262626"/>
                <w:sz w:val="18"/>
              </w:rPr>
            </w:r>
          </w:p>
        </w:tc>
        <w:tc>
          <w:tcPr>
            <w:tcW w:type="dxa" w:w="3742"/>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61"/>
            <w:tcMar>
              <w:top w:w="40" w:type="dxa"/>
              <w:left w:w="80" w:type="dxa"/>
              <w:bottom w:w="40" w:type="dxa"/>
              <w:right w:w="80" w:type="dxa"/>
            </w:tcMar>
          </w:tcPr>
          <w:p>
            <w:pPr>
              <w:spacing w:after="0"/>
            </w:pPr>
            <w:r>
              <w:rPr>
                <w:rFonts w:ascii="Calibri" w:hAnsi="Calibri" w:cs="Calibri"/>
                <w:b w:val="0"/>
                <w:i w:val="0"/>
                <w:color w:val="262626"/>
                <w:sz w:val="18"/>
              </w:rPr>
            </w:r>
          </w:p>
        </w:tc>
        <w:tc>
          <w:tcPr>
            <w:tcW w:type="dxa" w:w="4535"/>
            <w:tcMar>
              <w:top w:w="40" w:type="dxa"/>
              <w:left w:w="80" w:type="dxa"/>
              <w:bottom w:w="40" w:type="dxa"/>
              <w:right w:w="80" w:type="dxa"/>
            </w:tcMar>
          </w:tcPr>
          <w:p>
            <w:pPr>
              <w:spacing w:after="0"/>
            </w:pPr>
            <w:r>
              <w:rPr>
                <w:rFonts w:ascii="Calibri" w:hAnsi="Calibri" w:cs="Calibri"/>
                <w:b w:val="0"/>
                <w:i w:val="0"/>
                <w:color w:val="262626"/>
                <w:sz w:val="18"/>
              </w:rPr>
            </w:r>
          </w:p>
        </w:tc>
        <w:tc>
          <w:tcPr>
            <w:tcW w:type="dxa" w:w="3742"/>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4. Summary of the source</w:t>
      </w:r>
    </w:p>
    <w:p>
      <w:pPr>
        <w:jc w:val="both"/>
      </w:pPr>
      <w:r>
        <w:rPr>
          <w:rFonts w:ascii="Calibri" w:hAnsi="Calibri" w:cs="Calibri"/>
          <w:b w:val="0"/>
          <w:i w:val="0"/>
          <w:color w:val="262626"/>
          <w:sz w:val="21"/>
        </w:rPr>
        <w:t>[Three to five lines: what the author argues and what backs it up. Without copying whole paragraphs.]</w:t>
      </w:r>
    </w:p>
    <w:p>
      <w:pPr>
        <w:spacing w:before="160" w:after="60"/>
        <w:pBdr>
          <w:bottom w:val="single" w:sz="4" w:space="4" w:color="A6A6A6"/>
        </w:pBdr>
      </w:pPr>
      <w:r>
        <w:rPr>
          <w:rFonts w:ascii="Calibri" w:hAnsi="Calibri" w:cs="Calibri"/>
          <w:b/>
          <w:i w:val="0"/>
          <w:color w:val="404040"/>
          <w:sz w:val="22"/>
        </w:rPr>
        <w:t>5. Evaluating the source</w:t>
      </w:r>
    </w:p>
    <w:tbl>
      <w:tblPr>
        <w:tblStyle w:val="TableGrid"/>
        <w:tblW w:type="auto" w:w="0"/>
        <w:tblLook w:firstColumn="1" w:firstRow="1" w:lastColumn="0" w:lastRow="0" w:noHBand="0" w:noVBand="1" w:val="04A0"/>
      </w:tblPr>
      <w:tblGrid>
        <w:gridCol w:w="4819"/>
        <w:gridCol w:w="4819"/>
      </w:tblGrid>
      <w:tr>
        <w:trPr>
          <w:tblHeader w:val="true"/>
        </w:trPr>
        <w:tc>
          <w:tcPr>
            <w:tcW w:type="dxa" w:w="5669"/>
            <w:shd w:val="clear" w:color="auto" w:fill="595959"/>
            <w:tcMar>
              <w:top w:w="40" w:type="dxa"/>
              <w:left w:w="80" w:type="dxa"/>
              <w:bottom w:w="40" w:type="dxa"/>
              <w:right w:w="80" w:type="dxa"/>
            </w:tcMar>
          </w:tcPr>
          <w:p>
            <w:pPr>
              <w:spacing w:after="0"/>
            </w:pPr>
            <w:r>
              <w:rPr>
                <w:rFonts w:ascii="Calibri" w:hAnsi="Calibri" w:cs="Calibri"/>
                <w:b/>
                <w:i w:val="0"/>
                <w:color w:val="FFFFFF"/>
                <w:sz w:val="18"/>
              </w:rPr>
              <w:t>Criterion</w:t>
            </w:r>
          </w:p>
        </w:tc>
        <w:tc>
          <w:tcPr>
            <w:tcW w:type="dxa" w:w="3969"/>
            <w:shd w:val="clear" w:color="auto" w:fill="595959"/>
            <w:tcMar>
              <w:top w:w="40" w:type="dxa"/>
              <w:left w:w="80" w:type="dxa"/>
              <w:bottom w:w="40" w:type="dxa"/>
              <w:right w:w="80" w:type="dxa"/>
            </w:tcMar>
          </w:tcPr>
          <w:p>
            <w:pPr>
              <w:spacing w:after="0"/>
            </w:pPr>
            <w:r>
              <w:rPr>
                <w:rFonts w:ascii="Calibri" w:hAnsi="Calibri" w:cs="Calibri"/>
                <w:b/>
                <w:i w:val="0"/>
                <w:color w:val="FFFFFF"/>
                <w:sz w:val="18"/>
              </w:rPr>
              <w:t>Assessment</w:t>
            </w:r>
          </w:p>
        </w:tc>
      </w:tr>
      <w:tr>
        <w:tc>
          <w:tcPr>
            <w:tcW w:type="dxa" w:w="5669"/>
            <w:tcMar>
              <w:top w:w="40" w:type="dxa"/>
              <w:left w:w="80" w:type="dxa"/>
              <w:bottom w:w="40" w:type="dxa"/>
              <w:right w:w="80" w:type="dxa"/>
            </w:tcMar>
          </w:tcPr>
          <w:p>
            <w:pPr>
              <w:spacing w:after="0"/>
            </w:pPr>
            <w:r>
              <w:rPr>
                <w:rFonts w:ascii="Calibri" w:hAnsi="Calibri" w:cs="Calibri"/>
                <w:b w:val="0"/>
                <w:i w:val="0"/>
                <w:color w:val="262626"/>
                <w:sz w:val="18"/>
              </w:rPr>
              <w:t>Named author with academic standing</w:t>
            </w:r>
          </w:p>
        </w:tc>
        <w:tc>
          <w:tcPr>
            <w:tcW w:type="dxa" w:w="396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5669"/>
            <w:tcMar>
              <w:top w:w="40" w:type="dxa"/>
              <w:left w:w="80" w:type="dxa"/>
              <w:bottom w:w="40" w:type="dxa"/>
              <w:right w:w="80" w:type="dxa"/>
            </w:tcMar>
          </w:tcPr>
          <w:p>
            <w:pPr>
              <w:spacing w:after="0"/>
            </w:pPr>
            <w:r>
              <w:rPr>
                <w:rFonts w:ascii="Calibri" w:hAnsi="Calibri" w:cs="Calibri"/>
                <w:b w:val="0"/>
                <w:i w:val="0"/>
                <w:color w:val="262626"/>
                <w:sz w:val="18"/>
              </w:rPr>
              <w:t>Recent enough for the topic</w:t>
            </w:r>
          </w:p>
        </w:tc>
        <w:tc>
          <w:tcPr>
            <w:tcW w:type="dxa" w:w="396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5669"/>
            <w:tcMar>
              <w:top w:w="40" w:type="dxa"/>
              <w:left w:w="80" w:type="dxa"/>
              <w:bottom w:w="40" w:type="dxa"/>
              <w:right w:w="80" w:type="dxa"/>
            </w:tcMar>
          </w:tcPr>
          <w:p>
            <w:pPr>
              <w:spacing w:after="0"/>
            </w:pPr>
            <w:r>
              <w:rPr>
                <w:rFonts w:ascii="Calibri" w:hAnsi="Calibri" w:cs="Calibri"/>
                <w:b w:val="0"/>
                <w:i w:val="0"/>
                <w:color w:val="262626"/>
                <w:sz w:val="18"/>
              </w:rPr>
              <w:t>Primary source, not just a summary of another</w:t>
            </w:r>
          </w:p>
        </w:tc>
        <w:tc>
          <w:tcPr>
            <w:tcW w:type="dxa" w:w="396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5669"/>
            <w:tcMar>
              <w:top w:w="40" w:type="dxa"/>
              <w:left w:w="80" w:type="dxa"/>
              <w:bottom w:w="40" w:type="dxa"/>
              <w:right w:w="80" w:type="dxa"/>
            </w:tcMar>
          </w:tcPr>
          <w:p>
            <w:pPr>
              <w:spacing w:after="0"/>
            </w:pPr>
            <w:r>
              <w:rPr>
                <w:rFonts w:ascii="Calibri" w:hAnsi="Calibri" w:cs="Calibri"/>
                <w:b w:val="0"/>
                <w:i w:val="0"/>
                <w:color w:val="262626"/>
                <w:sz w:val="18"/>
              </w:rPr>
              <w:t>Claims you can verify in the text</w:t>
            </w:r>
          </w:p>
        </w:tc>
        <w:tc>
          <w:tcPr>
            <w:tcW w:type="dxa" w:w="396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5669"/>
            <w:tcMar>
              <w:top w:w="40" w:type="dxa"/>
              <w:left w:w="80" w:type="dxa"/>
              <w:bottom w:w="40" w:type="dxa"/>
              <w:right w:w="80" w:type="dxa"/>
            </w:tcMar>
          </w:tcPr>
          <w:p>
            <w:pPr>
              <w:spacing w:after="0"/>
            </w:pPr>
            <w:r>
              <w:rPr>
                <w:rFonts w:ascii="Calibri" w:hAnsi="Calibri" w:cs="Calibri"/>
                <w:b w:val="0"/>
                <w:i w:val="0"/>
                <w:color w:val="262626"/>
                <w:sz w:val="18"/>
              </w:rPr>
              <w:t>Suitable for the level of the paper</w:t>
            </w:r>
          </w:p>
        </w:tc>
        <w:tc>
          <w:tcPr>
            <w:tcW w:type="dxa" w:w="396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Where it is used in the paper</w:t>
      </w:r>
    </w:p>
    <w:tbl>
      <w:tblPr>
        <w:tblStyle w:val="TableGrid"/>
        <w:tblW w:type="auto" w:w="0"/>
        <w:tblLook w:firstColumn="1" w:firstRow="1" w:lastColumn="0" w:lastRow="0" w:noHBand="0" w:noVBand="1" w:val="04A0"/>
      </w:tblPr>
      <w:tblGrid>
        <w:gridCol w:w="4819"/>
        <w:gridCol w:w="4819"/>
      </w:tblGrid>
      <w:tr>
        <w:trPr>
          <w:tblHeader w:val="true"/>
        </w:trPr>
        <w:tc>
          <w:tcPr>
            <w:tcW w:type="dxa" w:w="3061"/>
            <w:shd w:val="clear" w:color="auto" w:fill="595959"/>
            <w:tcMar>
              <w:top w:w="40" w:type="dxa"/>
              <w:left w:w="80" w:type="dxa"/>
              <w:bottom w:w="40" w:type="dxa"/>
              <w:right w:w="80" w:type="dxa"/>
            </w:tcMar>
          </w:tcPr>
          <w:p>
            <w:pPr>
              <w:spacing w:after="0"/>
            </w:pPr>
            <w:r>
              <w:rPr>
                <w:rFonts w:ascii="Calibri" w:hAnsi="Calibri" w:cs="Calibri"/>
                <w:b/>
                <w:i w:val="0"/>
                <w:color w:val="FFFFFF"/>
                <w:sz w:val="18"/>
              </w:rPr>
              <w:t>Section of the paper</w:t>
            </w:r>
          </w:p>
        </w:tc>
        <w:tc>
          <w:tcPr>
            <w:tcW w:type="dxa" w:w="6576"/>
            <w:shd w:val="clear" w:color="auto" w:fill="595959"/>
            <w:tcMar>
              <w:top w:w="40" w:type="dxa"/>
              <w:left w:w="80" w:type="dxa"/>
              <w:bottom w:w="40" w:type="dxa"/>
              <w:right w:w="80" w:type="dxa"/>
            </w:tcMar>
          </w:tcPr>
          <w:p>
            <w:pPr>
              <w:spacing w:after="0"/>
            </w:pPr>
            <w:r>
              <w:rPr>
                <w:rFonts w:ascii="Calibri" w:hAnsi="Calibri" w:cs="Calibri"/>
                <w:b/>
                <w:i w:val="0"/>
                <w:color w:val="FFFFFF"/>
                <w:sz w:val="18"/>
              </w:rPr>
              <w:t>What it adds to the paper</w:t>
            </w:r>
          </w:p>
        </w:tc>
      </w:tr>
      <w:tr>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c>
          <w:tcPr>
            <w:tcW w:type="dxa" w:w="6576"/>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c>
          <w:tcPr>
            <w:tcW w:type="dxa" w:w="6576"/>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c>
          <w:tcPr>
            <w:tcW w:type="dxa" w:w="6576"/>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061"/>
            <w:tcMar>
              <w:top w:w="40" w:type="dxa"/>
              <w:left w:w="80" w:type="dxa"/>
              <w:bottom w:w="40" w:type="dxa"/>
              <w:right w:w="80" w:type="dxa"/>
            </w:tcMar>
          </w:tcPr>
          <w:p>
            <w:pPr>
              <w:spacing w:after="0"/>
            </w:pPr>
            <w:r>
              <w:rPr>
                <w:rFonts w:ascii="Calibri" w:hAnsi="Calibri" w:cs="Calibri"/>
                <w:b w:val="0"/>
                <w:i w:val="0"/>
                <w:color w:val="262626"/>
                <w:sz w:val="18"/>
              </w:rPr>
            </w:r>
          </w:p>
        </w:tc>
        <w:tc>
          <w:tcPr>
            <w:tcW w:type="dxa" w:w="6576"/>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7. Related sources worth checking</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2494"/>
            <w:shd w:val="clear" w:color="auto" w:fill="595959"/>
            <w:tcMar>
              <w:top w:w="40" w:type="dxa"/>
              <w:left w:w="80" w:type="dxa"/>
              <w:bottom w:w="40" w:type="dxa"/>
              <w:right w:w="80" w:type="dxa"/>
            </w:tcMar>
          </w:tcPr>
          <w:p>
            <w:pPr>
              <w:spacing w:after="0"/>
            </w:pPr>
            <w:r>
              <w:rPr>
                <w:rFonts w:ascii="Calibri" w:hAnsi="Calibri" w:cs="Calibri"/>
                <w:b/>
                <w:i w:val="0"/>
                <w:color w:val="FFFFFF"/>
                <w:sz w:val="18"/>
              </w:rPr>
              <w:t>Author or authors</w:t>
            </w:r>
          </w:p>
        </w:tc>
        <w:tc>
          <w:tcPr>
            <w:tcW w:type="dxa" w:w="1134"/>
            <w:shd w:val="clear" w:color="auto" w:fill="595959"/>
            <w:tcMar>
              <w:top w:w="40" w:type="dxa"/>
              <w:left w:w="80" w:type="dxa"/>
              <w:bottom w:w="40" w:type="dxa"/>
              <w:right w:w="80" w:type="dxa"/>
            </w:tcMar>
          </w:tcPr>
          <w:p>
            <w:pPr>
              <w:spacing w:after="0"/>
            </w:pPr>
            <w:r>
              <w:rPr>
                <w:rFonts w:ascii="Calibri" w:hAnsi="Calibri" w:cs="Calibri"/>
                <w:b/>
                <w:i w:val="0"/>
                <w:color w:val="FFFFFF"/>
                <w:sz w:val="18"/>
              </w:rPr>
              <w:t>Year</w:t>
            </w:r>
          </w:p>
        </w:tc>
        <w:tc>
          <w:tcPr>
            <w:tcW w:type="dxa" w:w="6009"/>
            <w:shd w:val="clear" w:color="auto" w:fill="595959"/>
            <w:tcMar>
              <w:top w:w="40" w:type="dxa"/>
              <w:left w:w="80" w:type="dxa"/>
              <w:bottom w:w="40" w:type="dxa"/>
              <w:right w:w="80" w:type="dxa"/>
            </w:tcMar>
          </w:tcPr>
          <w:p>
            <w:pPr>
              <w:spacing w:after="0"/>
            </w:pPr>
            <w:r>
              <w:rPr>
                <w:rFonts w:ascii="Calibri" w:hAnsi="Calibri" w:cs="Calibri"/>
                <w:b/>
                <w:i w:val="0"/>
                <w:color w:val="FFFFFF"/>
                <w:sz w:val="18"/>
              </w:rPr>
              <w:t>What to look for in it</w:t>
            </w:r>
          </w:p>
        </w:tc>
      </w:tr>
      <w:tr>
        <w:tc>
          <w:tcPr>
            <w:tcW w:type="dxa" w:w="2494"/>
            <w:tcMar>
              <w:top w:w="40" w:type="dxa"/>
              <w:left w:w="80" w:type="dxa"/>
              <w:bottom w:w="40" w:type="dxa"/>
              <w:right w:w="80" w:type="dxa"/>
            </w:tcMar>
          </w:tcPr>
          <w:p>
            <w:pPr>
              <w:spacing w:after="0"/>
            </w:pPr>
            <w:r>
              <w:rPr>
                <w:rFonts w:ascii="Calibri" w:hAnsi="Calibri" w:cs="Calibri"/>
                <w:b w:val="0"/>
                <w:i w:val="0"/>
                <w:color w:val="262626"/>
                <w:sz w:val="18"/>
              </w:rPr>
            </w:r>
          </w:p>
        </w:tc>
        <w:tc>
          <w:tcPr>
            <w:tcW w:type="dxa" w:w="1134"/>
            <w:tcMar>
              <w:top w:w="40" w:type="dxa"/>
              <w:left w:w="80" w:type="dxa"/>
              <w:bottom w:w="40" w:type="dxa"/>
              <w:right w:w="80" w:type="dxa"/>
            </w:tcMar>
          </w:tcPr>
          <w:p>
            <w:pPr>
              <w:spacing w:after="0"/>
            </w:pPr>
            <w:r>
              <w:rPr>
                <w:rFonts w:ascii="Calibri" w:hAnsi="Calibri" w:cs="Calibri"/>
                <w:b w:val="0"/>
                <w:i w:val="0"/>
                <w:color w:val="262626"/>
                <w:sz w:val="18"/>
              </w:rPr>
            </w:r>
          </w:p>
        </w:tc>
        <w:tc>
          <w:tcPr>
            <w:tcW w:type="dxa" w:w="60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94"/>
            <w:tcMar>
              <w:top w:w="40" w:type="dxa"/>
              <w:left w:w="80" w:type="dxa"/>
              <w:bottom w:w="40" w:type="dxa"/>
              <w:right w:w="80" w:type="dxa"/>
            </w:tcMar>
          </w:tcPr>
          <w:p>
            <w:pPr>
              <w:spacing w:after="0"/>
            </w:pPr>
            <w:r>
              <w:rPr>
                <w:rFonts w:ascii="Calibri" w:hAnsi="Calibri" w:cs="Calibri"/>
                <w:b w:val="0"/>
                <w:i w:val="0"/>
                <w:color w:val="262626"/>
                <w:sz w:val="18"/>
              </w:rPr>
            </w:r>
          </w:p>
        </w:tc>
        <w:tc>
          <w:tcPr>
            <w:tcW w:type="dxa" w:w="1134"/>
            <w:tcMar>
              <w:top w:w="40" w:type="dxa"/>
              <w:left w:w="80" w:type="dxa"/>
              <w:bottom w:w="40" w:type="dxa"/>
              <w:right w:w="80" w:type="dxa"/>
            </w:tcMar>
          </w:tcPr>
          <w:p>
            <w:pPr>
              <w:spacing w:after="0"/>
            </w:pPr>
            <w:r>
              <w:rPr>
                <w:rFonts w:ascii="Calibri" w:hAnsi="Calibri" w:cs="Calibri"/>
                <w:b w:val="0"/>
                <w:i w:val="0"/>
                <w:color w:val="262626"/>
                <w:sz w:val="18"/>
              </w:rPr>
            </w:r>
          </w:p>
        </w:tc>
        <w:tc>
          <w:tcPr>
            <w:tcW w:type="dxa" w:w="60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94"/>
            <w:tcMar>
              <w:top w:w="40" w:type="dxa"/>
              <w:left w:w="80" w:type="dxa"/>
              <w:bottom w:w="40" w:type="dxa"/>
              <w:right w:w="80" w:type="dxa"/>
            </w:tcMar>
          </w:tcPr>
          <w:p>
            <w:pPr>
              <w:spacing w:after="0"/>
            </w:pPr>
            <w:r>
              <w:rPr>
                <w:rFonts w:ascii="Calibri" w:hAnsi="Calibri" w:cs="Calibri"/>
                <w:b w:val="0"/>
                <w:i w:val="0"/>
                <w:color w:val="262626"/>
                <w:sz w:val="18"/>
              </w:rPr>
            </w:r>
          </w:p>
        </w:tc>
        <w:tc>
          <w:tcPr>
            <w:tcW w:type="dxa" w:w="1134"/>
            <w:tcMar>
              <w:top w:w="40" w:type="dxa"/>
              <w:left w:w="80" w:type="dxa"/>
              <w:bottom w:w="40" w:type="dxa"/>
              <w:right w:w="80" w:type="dxa"/>
            </w:tcMar>
          </w:tcPr>
          <w:p>
            <w:pPr>
              <w:spacing w:after="0"/>
            </w:pPr>
            <w:r>
              <w:rPr>
                <w:rFonts w:ascii="Calibri" w:hAnsi="Calibri" w:cs="Calibri"/>
                <w:b w:val="0"/>
                <w:i w:val="0"/>
                <w:color w:val="262626"/>
                <w:sz w:val="18"/>
              </w:rPr>
            </w:r>
          </w:p>
        </w:tc>
        <w:tc>
          <w:tcPr>
            <w:tcW w:type="dxa" w:w="60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94"/>
            <w:tcMar>
              <w:top w:w="40" w:type="dxa"/>
              <w:left w:w="80" w:type="dxa"/>
              <w:bottom w:w="40" w:type="dxa"/>
              <w:right w:w="80" w:type="dxa"/>
            </w:tcMar>
          </w:tcPr>
          <w:p>
            <w:pPr>
              <w:spacing w:after="0"/>
            </w:pPr>
            <w:r>
              <w:rPr>
                <w:rFonts w:ascii="Calibri" w:hAnsi="Calibri" w:cs="Calibri"/>
                <w:b w:val="0"/>
                <w:i w:val="0"/>
                <w:color w:val="262626"/>
                <w:sz w:val="18"/>
              </w:rPr>
            </w:r>
          </w:p>
        </w:tc>
        <w:tc>
          <w:tcPr>
            <w:tcW w:type="dxa" w:w="1134"/>
            <w:tcMar>
              <w:top w:w="40" w:type="dxa"/>
              <w:left w:w="80" w:type="dxa"/>
              <w:bottom w:w="40" w:type="dxa"/>
              <w:right w:w="80" w:type="dxa"/>
            </w:tcMar>
          </w:tcPr>
          <w:p>
            <w:pPr>
              <w:spacing w:after="0"/>
            </w:pPr>
            <w:r>
              <w:rPr>
                <w:rFonts w:ascii="Calibri" w:hAnsi="Calibri" w:cs="Calibri"/>
                <w:b w:val="0"/>
                <w:i w:val="0"/>
                <w:color w:val="262626"/>
                <w:sz w:val="18"/>
              </w:rPr>
            </w:r>
          </w:p>
        </w:tc>
        <w:tc>
          <w:tcPr>
            <w:tcW w:type="dxa" w:w="60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Document control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AUTHOR</w:t>
            </w:r>
          </w:p>
          <w:p>
            <w:pPr>
              <w:spacing w:after="20"/>
            </w:pPr>
            <w:r>
              <w:rPr>
                <w:rFonts w:ascii="Calibri" w:hAnsi="Calibri" w:cs="Calibri"/>
                <w:b w:val="0"/>
                <w:i/>
                <w:color w:val="262626"/>
                <w:sz w:val="18"/>
              </w:rPr>
              <w:t>Name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[Institution name] · Source card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bibliográfica</dc:title>
  <dc:subject>Ficha con los datos de una fuente</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