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COMPANY NAME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Address · City · Phone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Email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5"/>
        </w:rPr>
        <w:t>FORMAL REQUEST LETTER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Reference No.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[DP-___]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[City], [DD/MM/YYYY]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Dear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[NAME OF RECIPIENT]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[Position]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[Organisation or company]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[Address]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Subject: Formal request for [what you are asking for, in one line]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Dear Sir or Madam: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Details of the person making the request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Full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 number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Address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Phone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Acting (on own behalf / on behalf of)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Facts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[Set out the facts in chronological order: what happened, when, where, who was involved and what documents prove it. One fact per point.]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[First fact, with date]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[Second fact, with date]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[Third fact, with date]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Request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[State precisely what you are asking for: a copy, a reply, a review, a refund. If there are several items, number them.]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[First item requested]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[Second item requested]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[Third item requested]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Reasons and supporting documents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[Explain why you are entitled to what you ask for and which documents support it. Attach a copy of everything you mention.]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Where and how to send the reply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Address for notices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Phone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Agrees to receive the reply by (email / post / both)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Attachments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[Copy of the ID document]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[Evidence or document supporting the request]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[Copy of the previous letter, if any]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Yours faithfully,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[NAME OF THE PERSON REQUESTING]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[ID number]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Phone · Email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Copy: [area or organisation that must be informed]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Document control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[DP-___]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Formal request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Derecho de petición</dc:title>
  <dc:subject>Derecho de petición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