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ENTREGA DE MERCADORIA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Comprovante de entrega de mercadoria ao transportador, a outra área ou ao cliente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Cargo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da ata, guia ou nota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Entrega (empresa ou área)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Recebe (empresa ou pessoa)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Destino ou 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Transportadora ou empresa de transporte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Motorista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Placa do veículo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Detalhe da mercadoria entregue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Apresentação ou embalagem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de itens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de unidades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Estado da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entrega está completa?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Embalagem em bom estado?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Selos ou lacres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Peso ou volume aproximado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ata comprova a entrega da mercadoria relacionada, com quantidade e estado, e serve de comprovante para faltas, avarias ou reclamações posteriores. É assinada por quem entrega, quem recebe e pela transportadora quando houver.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Entrega de mercadoria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mercancía</dc:title>
  <dc:subject>Acta de entrega de mercancía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